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t>REGULAMIN IMPREZY „Bieg Niepodległości 2026” w Golubiu-Dobrzyniu</w:t>
        <w:br/>
        <w:br/>
        <w:t>Termin i miejsce</w:t>
        <w:br/>
        <w:br/>
        <w:t>Bieg odbędzie się w dniu 11 listopada 2026 roku od godziny 15:00.</w:t>
        <w:br/>
        <w:br/>
        <w:t>Start i meta zlokalizowane będą na Stadionie Miejskim (ul. Sportowa 8).</w:t>
        <w:br/>
        <w:br/>
        <w:t>Uczestnictwo</w:t>
        <w:br/>
        <w:br/>
        <w:t>W biegu udział biorą wszystkie osoby, które w dniu imprezy będą miały ukończone 16 lat. Warunkiem dopuszczenia zawodnika do biegu jest dobry stan zdrowia potwierdzony złożeniem podpisanego własnoręcznie oświadczenia. Do udziału w biegu dopuszcza się osoby niepełnoletnie pod warunkiem sprawowania nad nimi opieki podczas trwania całej imprezy przez prawnych opiekunów. Udział nieletniego poprzedzony musi być złożeniem przez jego rodzica (opiekuna prawnego) pisemnego oświadczenia. Podpisanie oświadczenia jest jednoznaczne z akceptacją regulaminu.</w:t>
        <w:br/>
        <w:br/>
        <w:t>Zasady zgłoszenia</w:t>
        <w:br/>
        <w:br/>
        <w:t>1. Zgłoszenia można dokonać poprzez system zapisów online na stronie zapisyonline.pl do dnia 06.11.2026 r.</w:t>
        <w:br/>
        <w:t>2. Jeżeli pozostanie pula wolnych miejsc, zgłoszenia dokonać będzie można również w dniu rozgrywania biegu w godzinach 14:00–14:45 w biurze zawodów zlokalizowanym na Stadionie Miejskim.</w:t>
        <w:br/>
        <w:br/>
        <w:t>Zasady biegu</w:t>
        <w:br/>
        <w:br/>
        <w:t>1. Bieg odbywa się bez rywalizacji i ma charakter rekreacyjny.</w:t>
        <w:br/>
        <w:t>2. Od zawodników nie wymaga się ciągłego biegu – jeśli nie wystarcza sił, mogą maszerować przez część dystansu.</w:t>
        <w:br/>
        <w:t>3. Pomiar czasu za pomocą stopera.</w:t>
        <w:br/>
        <w:t>4. Wszyscy uczestnicy otrzymają medal oraz wodę i posiłek regeneracyjny na mecie.</w:t>
        <w:br/>
        <w:t>5. Udział w imprezie jest bezpłatny.</w:t>
        <w:br/>
        <w:br/>
        <w:t>Program zawodów</w:t>
        <w:br/>
        <w:br/>
        <w:t>15:00 – start Biegu</w:t>
        <w:br/>
        <w:t>17:00 – zakończenie imprezy biegowej</w:t>
        <w:br/>
        <w:br/>
        <w:t>Postanowienia końcowe</w:t>
        <w:br/>
        <w:br/>
        <w:t>1. Za wypadki zaistniałe na trasie biegu z winy zawodników lub osób towarzyszących oraz za rzeczy pozostawione bez opieki organizatorzy nie ponoszą odpowiedzialności.</w:t>
        <w:br/>
        <w:t>2. W sprawach spornych dotyczących biegu decyduje sędzia główny zawodów.</w:t>
        <w:br/>
        <w:t>3. Wszyscy uczestnicy biorą udział w biegu na własną odpowiedzialność i nie będą wnosić żadnych roszczeń w stosunku do organizatorów w razie zaistnienia zdarzeń losowych.</w:t>
        <w:br/>
        <w:t>4. Uczestnicy biegu objęci są opieką medyczną podczas trwania całej imprezy.</w:t>
        <w:br/>
        <w:t>5. Interpretacja niniejszego regulaminu należy wyłącznie do organizatorów.</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